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99" w:rsidRDefault="00F14014" w:rsidP="00F14014">
      <w:pPr>
        <w:spacing w:after="60" w:line="240" w:lineRule="auto"/>
        <w:jc w:val="center"/>
      </w:pPr>
      <w:r>
        <w:rPr>
          <w:b/>
          <w:sz w:val="26"/>
        </w:rPr>
        <w:t>ANEXO I</w:t>
      </w:r>
    </w:p>
    <w:p w:rsidR="00E00F99" w:rsidRDefault="00F14014" w:rsidP="00F14014">
      <w:pPr>
        <w:spacing w:after="60" w:line="240" w:lineRule="auto"/>
        <w:jc w:val="center"/>
      </w:pPr>
      <w:r>
        <w:rPr>
          <w:b/>
          <w:sz w:val="26"/>
        </w:rPr>
        <w:t>MODELO DE CARTA DE INTENÇÃO</w:t>
      </w:r>
    </w:p>
    <w:p w:rsidR="00E00F99" w:rsidRDefault="00F14014" w:rsidP="00F14014">
      <w:pPr>
        <w:spacing w:after="60" w:line="240" w:lineRule="auto"/>
        <w:jc w:val="center"/>
      </w:pPr>
      <w:r>
        <w:rPr>
          <w:b/>
        </w:rPr>
        <w:t>PROCESSO SELETIVO – LACOM 2026.2</w:t>
      </w:r>
    </w:p>
    <w:p w:rsidR="00E00F99" w:rsidRDefault="00E00F99"/>
    <w:p w:rsidR="00E00F99" w:rsidRDefault="00F14014" w:rsidP="00F14014">
      <w:pPr>
        <w:spacing w:line="240" w:lineRule="auto"/>
      </w:pPr>
      <w:r>
        <w:rPr>
          <w:b/>
        </w:rPr>
        <w:t>À Coordenação da Liga Acadêmica de Comunicação – LACOM</w:t>
      </w:r>
    </w:p>
    <w:p w:rsidR="00F14014" w:rsidRPr="00F14014" w:rsidRDefault="00F14014" w:rsidP="00F14014">
      <w:pPr>
        <w:spacing w:line="240" w:lineRule="auto"/>
      </w:pPr>
      <w:r>
        <w:rPr>
          <w:b/>
        </w:rPr>
        <w:t xml:space="preserve">Curso de Bacharelado em Jornalismo – </w:t>
      </w:r>
      <w:r>
        <w:rPr>
          <w:b/>
        </w:rPr>
        <w:t>Faculdade R.S</w:t>
      </w:r>
      <w:bookmarkStart w:id="0" w:name="_GoBack"/>
      <w:bookmarkEnd w:id="0"/>
      <w:r>
        <w:rPr>
          <w:b/>
        </w:rPr>
        <w:t>Á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6"/>
        <w:gridCol w:w="7310"/>
      </w:tblGrid>
      <w:tr w:rsidR="00F14014" w:rsidTr="00F14014">
        <w:tc>
          <w:tcPr>
            <w:tcW w:w="209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>Nome complete:</w:t>
            </w:r>
          </w:p>
        </w:tc>
        <w:tc>
          <w:tcPr>
            <w:tcW w:w="745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</w:p>
        </w:tc>
      </w:tr>
      <w:tr w:rsidR="00F14014" w:rsidTr="00F14014">
        <w:tc>
          <w:tcPr>
            <w:tcW w:w="209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>Matrícula:</w:t>
            </w:r>
          </w:p>
        </w:tc>
        <w:tc>
          <w:tcPr>
            <w:tcW w:w="745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</w:p>
        </w:tc>
      </w:tr>
      <w:tr w:rsidR="00F14014" w:rsidTr="00F14014">
        <w:tc>
          <w:tcPr>
            <w:tcW w:w="209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>Período/Bloco:</w:t>
            </w:r>
          </w:p>
        </w:tc>
        <w:tc>
          <w:tcPr>
            <w:tcW w:w="745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</w:p>
        </w:tc>
      </w:tr>
      <w:tr w:rsidR="00F14014" w:rsidTr="00F14014">
        <w:tc>
          <w:tcPr>
            <w:tcW w:w="209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745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</w:p>
        </w:tc>
      </w:tr>
      <w:tr w:rsidR="00F14014" w:rsidTr="00F14014">
        <w:tc>
          <w:tcPr>
            <w:tcW w:w="209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>WhatsApp:</w:t>
            </w:r>
          </w:p>
        </w:tc>
        <w:tc>
          <w:tcPr>
            <w:tcW w:w="7453" w:type="dxa"/>
          </w:tcPr>
          <w:p w:rsidR="00F14014" w:rsidRDefault="00F14014" w:rsidP="00F14014">
            <w:pPr>
              <w:spacing w:after="60" w:line="240" w:lineRule="auto"/>
              <w:rPr>
                <w:b/>
              </w:rPr>
            </w:pPr>
          </w:p>
        </w:tc>
      </w:tr>
    </w:tbl>
    <w:p w:rsidR="00E00F99" w:rsidRDefault="00E00F99"/>
    <w:p w:rsidR="00E00F99" w:rsidRDefault="00F14014">
      <w:pPr>
        <w:spacing w:after="60"/>
        <w:jc w:val="center"/>
      </w:pPr>
      <w:r>
        <w:rPr>
          <w:b/>
        </w:rPr>
        <w:t>LINHAS DE PESQUISA DE INTERESSE</w:t>
      </w:r>
    </w:p>
    <w:p w:rsidR="00E00F99" w:rsidRDefault="00F14014" w:rsidP="00F14014">
      <w:pPr>
        <w:spacing w:line="360" w:lineRule="auto"/>
        <w:jc w:val="both"/>
      </w:pPr>
      <w:r>
        <w:rPr>
          <w:b/>
        </w:rPr>
        <w:t>1ª OPÇÃO:</w:t>
      </w:r>
    </w:p>
    <w:p w:rsidR="00E00F99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</w:t>
      </w:r>
      <w:r>
        <w:t xml:space="preserve"> Linha I - </w:t>
      </w:r>
      <w:r>
        <w:t xml:space="preserve">Cinema, Semiárido e Culturas Digitais – </w:t>
      </w:r>
      <w:r w:rsidRPr="00F14014">
        <w:rPr>
          <w:i/>
        </w:rPr>
        <w:t>Prof. M.e. Isael Pereira</w:t>
      </w:r>
    </w:p>
    <w:p w:rsidR="00E00F99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Linha I</w:t>
      </w:r>
      <w:r>
        <w:t>I</w:t>
      </w:r>
      <w:r>
        <w:t xml:space="preserve"> - </w:t>
      </w:r>
      <w:r>
        <w:t xml:space="preserve">Folkcomunicação, Memória, Oralidade e História da Comunicação – </w:t>
      </w:r>
      <w:r w:rsidRPr="00F14014">
        <w:rPr>
          <w:i/>
        </w:rPr>
        <w:t>Prof. M.e. Jailson Dias</w:t>
      </w:r>
    </w:p>
    <w:p w:rsidR="00E00F99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Linha </w:t>
      </w:r>
      <w:r>
        <w:t>II</w:t>
      </w:r>
      <w:r>
        <w:t xml:space="preserve">I - </w:t>
      </w:r>
      <w:r>
        <w:t xml:space="preserve">Mídia Regional, Representações, Juventudes </w:t>
      </w:r>
      <w:r>
        <w:t xml:space="preserve">e Memória – </w:t>
      </w:r>
      <w:r w:rsidRPr="00F14014">
        <w:rPr>
          <w:i/>
        </w:rPr>
        <w:t>Profa. M.a. Iaquelly Souza</w:t>
      </w:r>
    </w:p>
    <w:p w:rsidR="00E00F99" w:rsidRDefault="00F14014" w:rsidP="00F14014">
      <w:pPr>
        <w:spacing w:line="360" w:lineRule="auto"/>
        <w:jc w:val="both"/>
      </w:pPr>
      <w:r>
        <w:rPr>
          <w:b/>
        </w:rPr>
        <w:t>2ª OPÇÃO:</w:t>
      </w:r>
    </w:p>
    <w:p w:rsidR="00F14014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Linha I - Cinema, Semiárido e Culturas Digitais – </w:t>
      </w:r>
      <w:r w:rsidRPr="00F14014">
        <w:rPr>
          <w:i/>
        </w:rPr>
        <w:t>Prof. M.e. Isael Pereira</w:t>
      </w:r>
    </w:p>
    <w:p w:rsidR="00F14014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Linha II - Folkcomunicação, Memória, Oralidade e História da Comunicação – </w:t>
      </w:r>
      <w:r w:rsidRPr="00F14014">
        <w:rPr>
          <w:i/>
        </w:rPr>
        <w:t>Prof. M.e. Jailson Dias</w:t>
      </w:r>
    </w:p>
    <w:p w:rsidR="00F14014" w:rsidRDefault="00F14014" w:rsidP="00F14014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Linha III - Mídia Regional, Representações, Juventudes e Memória – </w:t>
      </w:r>
      <w:r w:rsidRPr="00F14014">
        <w:rPr>
          <w:i/>
        </w:rPr>
        <w:t>Profa. M.a. Iaquelly Souza</w:t>
      </w:r>
    </w:p>
    <w:p w:rsidR="00E00F99" w:rsidRDefault="00E00F99" w:rsidP="00F14014">
      <w:pPr>
        <w:spacing w:line="360" w:lineRule="auto"/>
        <w:jc w:val="both"/>
      </w:pPr>
    </w:p>
    <w:p w:rsidR="00F14014" w:rsidRDefault="00F14014"/>
    <w:p w:rsidR="00F14014" w:rsidRDefault="00F14014"/>
    <w:p w:rsidR="00F14014" w:rsidRDefault="00F14014"/>
    <w:p w:rsidR="00F14014" w:rsidRDefault="00F14014"/>
    <w:p w:rsidR="00F14014" w:rsidRDefault="00F14014"/>
    <w:p w:rsidR="00F14014" w:rsidRDefault="00F14014"/>
    <w:p w:rsidR="00F14014" w:rsidRDefault="00F14014"/>
    <w:p w:rsidR="00E00F99" w:rsidRDefault="00F14014" w:rsidP="00F14014">
      <w:pPr>
        <w:spacing w:after="60" w:line="360" w:lineRule="auto"/>
        <w:jc w:val="center"/>
      </w:pPr>
      <w:r>
        <w:rPr>
          <w:b/>
        </w:rPr>
        <w:t>CARTA DE INTENÇÃO</w:t>
      </w:r>
    </w:p>
    <w:p w:rsidR="00E00F99" w:rsidRDefault="00F14014" w:rsidP="00F14014">
      <w:pPr>
        <w:spacing w:line="360" w:lineRule="auto"/>
        <w:jc w:val="both"/>
      </w:pPr>
      <w:r>
        <w:t xml:space="preserve">Eu, </w:t>
      </w:r>
      <w:r>
        <w:t>________________________________________________________________, estudante regularmente matriculado(a) no Curso de Bacharelado em Jornalismo da Faculdade R.SÁ, venho manifestar meu interesse em participar da Liga Acadêmica de Comunicação (LACOM).</w:t>
      </w:r>
    </w:p>
    <w:p w:rsidR="00E00F99" w:rsidRDefault="00F14014" w:rsidP="00F14014">
      <w:pPr>
        <w:spacing w:line="360" w:lineRule="auto"/>
        <w:jc w:val="both"/>
      </w:pPr>
      <w:r w:rsidRPr="00F14014">
        <w:rPr>
          <w:b/>
        </w:rPr>
        <w:t>Neste es</w:t>
      </w:r>
      <w:r w:rsidRPr="00F14014">
        <w:rPr>
          <w:b/>
        </w:rPr>
        <w:t>paço, o(a) candidato(a) deverá apresentar, em texto próprio, suas motivações para integrar a Liga, seu interesse pela pesquisa e iniciação científica, as razões para a escolha das linhas de pesquisa indicadas e de que maneira acredita que a participação na</w:t>
      </w:r>
      <w:r w:rsidRPr="00F14014">
        <w:rPr>
          <w:b/>
        </w:rPr>
        <w:t xml:space="preserve"> LACOM poderá contribuir para sua formação acadêmica e profissional</w:t>
      </w:r>
      <w:r>
        <w:t xml:space="preserve">. </w:t>
      </w:r>
      <w:r w:rsidRPr="00F14014">
        <w:rPr>
          <w:b/>
          <w:color w:val="FF0000"/>
        </w:rPr>
        <w:t>(Não esqueça de remover este texto)</w:t>
      </w:r>
    </w:p>
    <w:p w:rsidR="00E00F99" w:rsidRPr="00F14014" w:rsidRDefault="00F14014" w:rsidP="00F14014">
      <w:pPr>
        <w:spacing w:line="360" w:lineRule="auto"/>
        <w:jc w:val="both"/>
        <w:rPr>
          <w:b/>
        </w:rPr>
      </w:pPr>
      <w:r w:rsidRPr="00F14014">
        <w:rPr>
          <w:b/>
        </w:rPr>
        <w:t>O(a) candidato(a) também poderá apresentar experiências acadêmicas, temas de pesquisa de seu interesse, participação em projetos, eventos, atividades de extensão ou outras informações que</w:t>
      </w:r>
      <w:r w:rsidRPr="00F14014">
        <w:rPr>
          <w:b/>
        </w:rPr>
        <w:t xml:space="preserve"> considere relevantes para sua candidatura. A Carta de Intenção deverá ter, preferencialmente, até 1 (uma) página de texto.</w:t>
      </w:r>
      <w:r>
        <w:rPr>
          <w:b/>
        </w:rPr>
        <w:t xml:space="preserve"> </w:t>
      </w:r>
      <w:r w:rsidRPr="00F14014">
        <w:rPr>
          <w:b/>
          <w:color w:val="FF0000"/>
        </w:rPr>
        <w:t>(Não esqueça de remover este texto)</w:t>
      </w:r>
    </w:p>
    <w:p w:rsidR="00E00F99" w:rsidRDefault="00F14014" w:rsidP="00F14014">
      <w:pPr>
        <w:spacing w:line="360" w:lineRule="auto"/>
        <w:jc w:val="both"/>
      </w:pPr>
      <w:r>
        <w:t xml:space="preserve">Declaro </w:t>
      </w:r>
      <w:r>
        <w:t>estar ciente de que a participação na LACOM pressupõe compromisso com os encontros, atividades de pesquisa, estudos, produções científicas e demais ações desenvolvidas pela Liga, conforme estabelecido no Edital de Seleção.</w:t>
      </w:r>
    </w:p>
    <w:p w:rsidR="00E00F99" w:rsidRDefault="00E00F99" w:rsidP="00F14014">
      <w:pPr>
        <w:spacing w:line="360" w:lineRule="auto"/>
        <w:jc w:val="both"/>
      </w:pPr>
    </w:p>
    <w:p w:rsidR="00E00F99" w:rsidRDefault="00F14014" w:rsidP="00F14014">
      <w:pPr>
        <w:spacing w:line="360" w:lineRule="auto"/>
        <w:jc w:val="center"/>
      </w:pPr>
      <w:r>
        <w:t>Picos-PI, ______ de ____________</w:t>
      </w:r>
      <w:r>
        <w:t>______________ de 2026.</w:t>
      </w:r>
    </w:p>
    <w:p w:rsidR="00E00F99" w:rsidRDefault="00E00F99" w:rsidP="00F14014">
      <w:pPr>
        <w:spacing w:line="360" w:lineRule="auto"/>
        <w:jc w:val="center"/>
      </w:pPr>
    </w:p>
    <w:p w:rsidR="00F14014" w:rsidRDefault="00F14014" w:rsidP="00F14014">
      <w:pPr>
        <w:spacing w:line="360" w:lineRule="auto"/>
        <w:jc w:val="center"/>
      </w:pPr>
    </w:p>
    <w:p w:rsidR="00E00F99" w:rsidRDefault="00F14014" w:rsidP="00F14014">
      <w:pPr>
        <w:spacing w:after="60" w:line="360" w:lineRule="auto"/>
        <w:jc w:val="center"/>
      </w:pPr>
      <w:r>
        <w:t>____________________________________________________________</w:t>
      </w:r>
    </w:p>
    <w:p w:rsidR="00E00F99" w:rsidRDefault="00F14014" w:rsidP="00F14014">
      <w:pPr>
        <w:spacing w:after="60" w:line="360" w:lineRule="auto"/>
        <w:jc w:val="center"/>
      </w:pPr>
      <w:r>
        <w:rPr>
          <w:sz w:val="22"/>
        </w:rPr>
        <w:t>Assinatura do(a) candidato(a)</w:t>
      </w:r>
    </w:p>
    <w:sectPr w:rsidR="00E00F99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00F99"/>
    <w:rsid w:val="00F140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F47C9"/>
  <w14:defaultImageDpi w14:val="300"/>
  <w15:docId w15:val="{4EB9A059-DFE7-4DDC-B4CD-3192D84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A0DB2A-5B95-4BE0-82D7-19FC26F2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URSAPC01</cp:lastModifiedBy>
  <cp:revision>2</cp:revision>
  <dcterms:created xsi:type="dcterms:W3CDTF">2026-08-17T22:21:00Z</dcterms:created>
  <dcterms:modified xsi:type="dcterms:W3CDTF">2026-08-17T22:21:00Z</dcterms:modified>
  <cp:category/>
</cp:coreProperties>
</file>